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מדדי גלובליזציה – מי הכי גלובלית?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מדד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סחר חוץ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יבוא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יצוא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השקעות זרות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נתון עם שנה ומקור ברור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מהימנות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מדינה במקום הראשון ברשימה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דירוג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ציון כולל שמחבר סחר, אינטרנט ונסיעות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 משולב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זה מדד?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מספר שעוזר להשוות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 הוא מספר שמאפשר להשוות בין מדינות.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זה יבוא?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מה שמדינה קונה מחו״ל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יבוא הוא סחורה שנכנסת למדינה מחו״ל.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זה יצוא?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מה שמדינה מוכרת לחו״ל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יצוא הוא סחורה שהמדינה מוכרת למדינות אחרות.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כדאי לבדוק לפני שמאמינים למספר?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מי פרסם אותו ובאיזו שנה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מקור ושנה עוזרים לדעת אם המספר אמין.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מבין אלה הוא מדד לחיבור לעולם?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כמה אנשים מחוברים לאינטרנט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חיבור לאינטרנט מראה קשר עם העולם.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כל המדינות מחוברות לעולם באותה מידה.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מדינות מחוברות מאוד ויש מחוברות הרבה פחות.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יצוא הוא מה שמדינה מוכרת לחו״ל.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כמו פרחים שנשלחים לאירופה.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מספר בלי מקור ובלי שנה תמיד נכון.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בלי מקור הוא כמו שמועה – צריך לבדוק אותו.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אפשר לחבר כמה מדדים לציון אחד.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זה נקרא מדד משולב.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כתבו מוצר אחד בבית שלכם שהגיע מחו״ל.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המוצר הוא נעלי ספורט, והן הגיעו ממדינה באסיה.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איך תבדקו אם מספר שקראתם אמין?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אבדוק מי פרסם את המספר, באיזו שנה, ואם גם מקום אחר כותב מספר דומה.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מדד הוא... · דוגמה ליבוא: ... · שאלה אחת לבדיקת מקור: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מדד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סחר חוץ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יבוא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יצוא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השקעות זרות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מדד משולב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נתון עם שנה ומקור ברור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מהימנות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מדינה במקום הראשון ברשימה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דירוג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ציון כולל שמחבר סחר, אינטרנט ונסיעות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 משולב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חברה מחו״ל בונה מפעל בעיר שלנו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השקעות זרות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מודדות השקעות זרות?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כסף מחו״ל שמושקע בעסקים במדינה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השקעות זרות מראות קשר כלכלי עם העולם.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איזה מדד שייך לתחום החברתי?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מספר הנסיעות לחו״ל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נסיעות, שיחות ואינטרנט מודדים קשרים בין אנשים.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היתרון של מדד משולב?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הוא נותן תמונה כללית מכמה תחומים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הוא מחבר כמה תחומים לציון אחד.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איזה נתון הכי מהימן?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נתון עם שנה, מקור והסבר איך חושב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מקור, שנה ושיטת חישוב מאפשרים לבדוק את הנתון.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מלמד המשפט ״כל מדד מודד רק חלק מהמציאות״?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שמדינה יכולה להיות גלובלית בתחום אחד ופחות באחר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כדאי להסתכל על כמה תחומים, לא רק על הציון הכולל.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יבוא הוא מכירה של סחורות לחו״ל.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יבוא הוא קנייה מחו״ל; מכירה לחו״ל היא יצוא.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מדדים פוליטיים בודקים, למשל, הסכמים בינלאומיים.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הם בודקים את הקשרים הרשמיים בין מדינות.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מדינות קטנות אינן יכולות להגיע לראש הדירוג.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דווקא מדינות קטנות ופתוחות לסחר נמצאות פעמים רבות בראש הדירוג.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חשוב לבדוק באיזו שנה נאסף נתון.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נתון ישן עלול לא לתאר את המצב היום.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בחרו שלושה מדדים שהייתם משתמשים בהם כדי להשוות בין שתי מדינות, ונמקו.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היקף הסחר – מראה קשר כלכלי; אחוז המחוברים לאינטרנט – קשר חברתי ומידע; מספר ההסכמים הבינלאומיים – קשר פוליטי. יחד הם נותנים תמונה מכמה תחומים.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מדוע לדעתכם מדינות קטנות רבות נמצאות בראש מדד הגלובליזציה?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לדעתי כי השוק המקומי שלהן קטן, ולכן הן חייבות לסחור הרבה עם מדינות אחרות; גם המרחקים לשכנות קצרים, ונסיעות לחו״ל קלות.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מצאתם ברשת ״80% מהתושבים טסים כל שנה״ בלי מקור. מה תעשו?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אשתמש בנתון כמו שהוא. אחפש מקור רשמי, אבדוק את השנה ואת שיטת החישוב, ואשווה למקורות נוספים לפני שאסתמך עליו.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שלושה תחומים של מדד משולב: ... · ההבדל בין יבוא ליצוא: ... · שלוש שאלות לבדיקת מהימנות: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מדד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סחר חוץ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יבוא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יצוא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השקעות זרות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מדד משולב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דירוג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מהימנות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נתון עם שנה ומקור ברור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מהימנות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מדינה במקום הראשון ברשימה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דירוג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ציון כולל שמחבר סחר, אינטרנט ונסיעות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 משולב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חברה מחו״ל בונה מפעל בעיר שלנו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השקעות זרות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מדינה קטנה עשויה לקבל ציון כלכלי גבוה במדד גלובליזציה?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השוק המקומי מוגבל והיא סוחרת הרבה ביחס לגודלה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המדד בודק סחר ביחס לגודל הכלכלה, לא בערכים מוחלטים.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מהו ״שקלול״ במדד משולב?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החלטה כמה משקל לתת לכל רכיב בציון הכולל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השקלול קובע את חשיבותו היחסית של כל מדד.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מלמד פירוק הציון של ישראל לתחומים?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שציון כולל עלול להסתיר פערים בין תחומים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יכולה להיות מחוברת מאוד בתחום אחד ופחות באחר.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איזו שאלה בודקת שקיפות של מדד?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האם מוסבר איך חושב המדד?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שקיפות פירושה שאפשר לבדוק את שיטת החישוב.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עלול לקרות אם משנים את השקלול במדד משולב?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הדירוג של מדינות עשוי להשתנות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ציון כולל תלוי בהחלטות של החוקרים על המשקלים.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גלובליזציה היא דבר שאפשר למדוד ישירות כמו משקל.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היא תהליך, ולכן ״מתרגמים״ אותה לכמה מדדים עקיפים.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מדד משולב עלול להסתיר פערים בין תחומים.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ציון ממוצע מטשטש הבדלים בין חלקים.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שנת הנתונים אינה חשובה כשמשווים בין מדינות.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חשוב להשוות נתונים מאותה שנה, אחרת ההשוואה מטעה.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תיירות והגירה נמדדות בתחום החברתי.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הן מתארות תנועה של אנשים בין מדינות.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הסבירו מדוע דירוג ״מקום 40״ אינו מספיק כדי לתאר עד כמה ישראל גלובלית.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הדירוג יחסי למדינות אחרות ומבוסס על ציון ממוצע. הוא אינו מראה שבתחום המידע והטכנולוגיה ישראל מחוברת מאוד, ובתחומים אחרים פחות. צריך לפרק לתחומים ולבדוק את השקלול ואת שנת הנתונים.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הציעו מדד חדש לגלובליזציה שאינו מופיע בטקסט, הסבירו מה הוא מודד ומה החולשה שלו.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מדד: אחוז המוצרים המיובאים בסל קניות ממוצע. הוא מודד את התלות של משק הבית בעולם. חולשה: קשה לדעת מאיפה הגיע כל רכיב של מוצר, והנתון משתנה לפי עונה ואזור.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מדד כלכלי למדד חברתי: איזה מהם מתאר טוב יותר את חיי התלמידים, ולמה?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המדד החברתי – אינטרנט, תיירות ותרבות – קרוב יותר לחיי התלמידים, כי הם פוגשים אותו ביומיום. המדד הכלכלי משפיע עליהם בעקיפין, דרך מחירים ומקומות עבודה של ההורים.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בנו ״מדד גלובליזציה כיתתי״: בחרו ארבעה רכיבים (למשל מוצרים מיובאים בבית, שפות שמדברים, נסיעות לחו״ל, קרובים בחו״ל), קבעו משקל לכל רכיב, חשבו ציון לכיתה והסבירו כיצד שינוי במשקלים משנה את התוצאה.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רכיבים ומשקלים: מוצרים מיובאים 40%, שפות 20%, נסיעות 20%, קרובים 20%. מחשבים ממוצע לכל רכיב וכופלים במשקל. אם מעלים את משקל הנסיעות, תלמידים שטסים הרבה ״מקפיצים״ את הציון – מכאן שהמדד תלוי בהחלטות של מי שבנה אותו.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 פירוש ״שקלול״ במדד? · דוגמה לפער שציון כולל מסתיר: ... · השאלה החשובה ביותר בבדיקת מקור לדעתי: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הולנד במקום הראשון ומדינות קטנות באירופה אחריה במדד הגלובליזציה שפורסם ב-2025 (נתוני 2023)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ישראל במקום ה-40 עם ציון כולל 74.8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ממחצית האנשים בעולם משתמשים באינטרנט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היקף הסחר בסינגפור גדול פי כמה מהתוצר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רוטרדם – מהנמלים הגדולים באירופה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כמות המידע הבין-יבשתי גדלה פי אלפים בעשורים האחרונים (ניסוח כללי)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מדדי גלובליזציה – מי הכי גלובלית?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