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1aa3b8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2: גלובליזציה מעצימה שינויים · חוברת קטנה</w:t>
      </w:r>
    </w:p>
    <w:p>
      <w:pPr>
        <w:pStyle w:val="Title"/>
        <w:bidi w:val="1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טכנולוגיה מקרבת: מכולה, כבל וסמארטפון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8"/>
          <w:rtl w:val="1"/>
          <w:bCs/>
          <w:szCs w:val="28"/>
        </w:rPr>
        <w:t>קופסת פלדה, כבל בים וטלפון בכיס – ככה העולם התקצר.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מהפכה טכנולוגית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הרבה המצאות חדשות ששינו את החיים.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מטוסים, מחשבים וטלפונים חכמים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נייח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דרך או תחנה שלא זזה.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מסילת רכבת או נמל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גורם נייד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כלי תחבורה שזז.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אוניית משא או משאית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נגישות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כמה קל להגיע למקום.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תחנת רכבת ליד הבית משפרת נגישות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מכולה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קופסת פלדה גדולה להובלת סחורות.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קופסאות צבעוניות שנערמות על אוניית משא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תחבורה משולבת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סחורה עוברת מאונייה לרכבת ולמשאית.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מכולה שעוברת מאונייה ישר לרכבת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תקשורת המונים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עיתון, רדיו וטלוויזיה לכל האנשים.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מהדורת חדשות בטלוויזיה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דחיסת זמן-מרחב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נדמה שמקומות קרובים, כי מגיעים מהר.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הודעה לחו״ל מגיעה בשנייה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aa3b8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קופסה שקירבה את העולם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פעם העמיסו אוניות ביד. פועלים סחבו כל שק וכל ארגז. זה לקח ימים. אז המציאו מכולה: קופסת פלדה גדולה. מנוף מעביר אותה מהמשאית לאונייה מהר.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בתחבורה יש דברים שלא זזים, כמו כביש, נמל ומסילה. ויש דברים שזזים, כמו משאית, רכבת ואונייה. כשהדרכים טובות והכלים מהירים, קל יותר להגיע. זו נגישות.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גם התקשורת השתנתה. פעם קראו חדשות בעיתון. היום שולחים הודעה לכל העולם בשנייה. נדמה שהמקומות התקרבו. אבל המרחק נשאר אותו דבר – רק הזמן התקצר.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מהפכה טכנולוגית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הרבה המצאות חדשות ששינו את החיים.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גורם נייח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קופסת פלדה גדולה להובלת סחורות.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גורם נייד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דרך או תחנה שלא זזה.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נגישות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כלי תחבורה שזז.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מכולה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כמה קל להגיע למקום.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דחיסת זמן-מרחב   ·   תחבורה משולבת   ·   תקשורת המונים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הודעה לחו״ל מגיעה בשנייה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מהדורת חדשות בטלוויזיה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מכולה שעוברת מאונייה ישר לרכבת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זו מכולה?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סוג של מטוס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קופסת פלדה גדולה להובלת סחורות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שקית מנייר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מגדל בנמל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מבין אלה לא זז (גורם נייח)?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משאית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מטוס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אונייה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נמל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זה נגישות?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כמה קל להגיע למקום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כמה גבוה בניין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כמה חם בחוץ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כמה כסף יש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איך שולחים היום הודעה לחו״ל?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באונייה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רק ביונה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בטלפון, בתוך שנייה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רק במכתב בדואר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התקצר כשהעולם ״התקרב״?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המרחק בקילומטרים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הזמן להגיע ולשלוח מידע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גודל הים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גובה ההרים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פעם העמיסו אוניות ביד, וזה לקח ימים.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משאית היא גורם נייח.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היום אפשר לשלוח מידע לכל העולם בתוך שניות.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בזכות הטכנולוגיה הים נעשה קטן יותר.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עוד יכול להיות בתוך מכולה? כתבו שלושה דברים.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בתוך המכולה יש...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דבר אחד שעוזר לכם להגיע מהר לבית הספר.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מה שעוזר לי הוא...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AA3B8"/>
          <w:sz w:val="26"/>
          <w:rtl w:val="1"/>
          <w:bCs/>
          <w:szCs w:val="26"/>
        </w:rPr>
        <w:t>🎫 כרטיס יציאה – טכנולוגיה מקרבת: מכולה, כבל וסמארטפון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מכולה היא...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דוגמה לגורם נייח: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הזמן התקצר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טכנולוגיה מקרבת: מכולה, כבל וסמארטפון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