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1aa3b8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2: גלובליזציה מעצימה שינויים · חוברת קטנה</w:t>
      </w:r>
    </w:p>
    <w:p>
      <w:pPr>
        <w:pStyle w:val="Title"/>
        <w:bidi w:val="1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48"/>
          <w:rtl w:val="1"/>
          <w:bCs/>
          <w:szCs w:val="48"/>
        </w:rPr>
        <w:t xml:space="preserve">  טכנולוגיה מקרבת: מכולה, כבל וסמארטפון</w:t>
      </w:r>
    </w:p>
    <w:p>
      <w:pPr>
        <w:bidi w:val="1"/>
        <w:spacing w:after="80"/>
        <w:jc w:val="right"/>
        <w:shd w:val="clear" w:color="auto" w:fill="444B5A"/>
      </w:pPr>
      <w:r>
        <w:rPr>
          <w:rFonts w:ascii="Assistant" w:hAnsi="Assistant" w:cs="Assistant"/>
          <w:b/>
          <w:color w:val="FFFFFF"/>
          <w:sz w:val="24"/>
          <w:rtl w:val="1"/>
          <w:bCs/>
          <w:szCs w:val="24"/>
        </w:rPr>
        <w:t xml:space="preserve">  מהדורה למורה · תשובות לשלוש הרמות: 🌱 בסיסי · 🚀 ז׳ רגיל · 🏆 מתקדם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התשובות מופיעות ראשונות. אחריהן: מהלך שיעור מוצע, בידול, משחקים לשיעור ופרטים לוודא.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🌱 תשובות – רמה בסיסית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מהפכה טכנולוגית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גורם נייח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גורם נייד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נגישות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מכולה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הודעה לחו״ל מגיעה בשנייה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דחיסת זמן-מרחב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מהדורת חדשות בטלוויזיה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תקשורת המונים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מכולה שעוברת מאונייה ישר לרכבת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תחבורה משולבת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זו מכולה?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קופסת פלדה גדולה להובלת סחורות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המכולה היא קופסה בגודל אחיד שמעבירים במנוף.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 מבין אלה לא זז (גורם נייח)?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נמל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נמל הוא תשתית שנשארת במקום.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זה נגישות?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כמה קל להגיע למקום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נגישות טובה פירושה שקל להגיע.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איך שולחים היום הודעה לחו״ל?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בטלפון, בתוך שנייה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בזכות האינטרנט ההודעה מגיעה מיד.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התקצר כשהעולם ״התקרב״?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הזמן להגיע ולשלוח מידע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המרחק לא השתנה – הזמן התקצר.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פעם העמיסו אוניות ביד, וזה לקח ימים.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לפני המכולה כל שק הועמס ביד.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משאית היא גורם נייח.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משאית זזה, ולכן היא גורם נייד.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היום אפשר לשלוח מידע לכל העולם בתוך שניות.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באינטרנט ובטלפון.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בזכות הטכנולוגיה הים נעשה קטן יותר.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הים לא השתנה; רק זמן ההפלגה והעלות התקצרו.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עוד יכול להיות בתוך מכולה? כתבו שלושה דברים.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בתוך המכולה יש צעצועים, בגדים ומקררים.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כתבו דבר אחד שעוזר לכם להגיע מהר לבית הספר.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 שעוזר לי הוא תחנת האוטובוס ליד הבית, כי אני לא צריך ללכת רחוק.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מכולה היא... · דוגמה לגורם נייח: ... · הזמן התקצר כי...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🚀 תשובות – רמת ז׳ רגילה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מהפכה טכנולוגית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גורם נייח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גורם נייד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נגישות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מכולה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תחבורה משולבת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הודעה לחו״ל מגיעה בשנייה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דחיסת זמן-מרחב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מהדורת חדשות בטלוויזיה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תקשורת המונים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מכולה שעוברת מאונייה ישר לרכבת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תחבורה משולבת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קופסאות צבעוניות שנערמות על אוניית משא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מכולה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ההבדל בין גורם נייח לגורם נייד?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נייח זו תשתית שלא זזה, ונייד זה כלי התחבורה שנע עליה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כביש ונמל נשארים; משאית ואונייה נעות.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מדוע המכולה הוזילה את הסחר העולמי?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כי מעבירים אותה במנוף בלי לפרוק את תוכנה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הטעינה המהירה חוסכת זמן ועבודה.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מהי תחבורה משולבת?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סחורה שעוברת ברצף בין אונייה, רכבת ומשאית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המכולה עוברת בין כלי תחבורה שונים ברצף.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במה האינטרנט שונה מתקשורת ההמונים הישנה?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בו כל אחד גם מקבל וגם שולח מידע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ברדיו ובטלוויזיה הקהל רק מקבל; ברשת כולם משתתפים.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פירוש ״דחיסת זמן-מרחב״?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המרחק בזמן התקצר אף שהמרחק בקילומטרים נשאר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הקילומטרים קבועים; זמן ההגעה והתקשורת קטן.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שדה תעופה הוא גורם נייח.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זו תשתית שנשארת במקום.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לפני המכולה טעינת אונייה נמשכה דקות ספורות.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לפני המכולה הטעינה נמשכה ימים.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רוב הסחר העולמי בסחורות, לפי נפח, עובר בים.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אוניות נושאות כמויות עצומות במחיר נמוך.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נגישות תלויה רק במרחק בקילומטרים.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נגישות תלויה גם בתשתיות, בכלי התחבורה, בזמן ובעלות.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תארו את המסע של מכולה מהמפעל עד החנות, וסמנו בכל שלב גורם נייח וגורם נייד.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המפעל ← משאית (נייד) על כביש (נייח) ← נמל (נייח) ← אונייה (נייד) ← נמל ביעד ← רכבת (נייד) על מסילה (נייח) ← מרכז הפצה ← משאית לחנות.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הסבירו בעזרת דוגמה מה זה ״דחיסת זמן-מרחב״.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פעם מכתב לסבתא בחו״ל הגיע אחרי חודש, והיום שיחת וידאו מתחילה בשנייה. המרחק נשאר אותו מרחק, אבל ״המרחק בזמן״ התקצר מאוד.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השתפר יותר בחיים שלכם – התחבורה או התקשורת? נמקו.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לדעתי התקשורת, כי אני מדבר עם חברים בכל רגע, לומד מסרטונים ומקבל חדשות מיד, בעוד שהנסיעות שלי כמעט לא השתנו.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גורם נייח וגורם נייד שראיתי היום: ... · המכולה שינתה את הסחר כי... · דחיסת זמן-מרחב במשפט אחד: ...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🏆 תשובות – רמה מתקדמת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מהפכה טכנולוגית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גורם נייח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גורם נייד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נגישות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מכולה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תחבורה משולבת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7. תקשורת המונים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8. דחיסת זמן-מרחב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הודעה לחו״ל מגיעה בשנייה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דחיסת זמן-מרחב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מהדורת חדשות בטלוויזיה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תקשורת המונים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מכולה שעוברת מאונייה ישר לרכבת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תחבורה משולבת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קופסאות צבעוניות שנערמות על אוניית משא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מכולה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מהו ״חיכוך המרחק״?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העלות, הזמן והמאמץ הכרוכים במעבר בין מקומות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ככל שהחיכוך קטן, קל יותר לסחור ולנוע.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מדוע נמל מודרני בלי מסילה לעורף משפר מעט את הנגישות?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כי נגישות תלויה ברשת שלמה של גורמים נייחים וניידים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חוליה בודדת אינה יוצרת מערכת יעילה.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איזו תוצאה של התקינה האחידה של המכולה אינה נכונה?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הגדלת מספר הפועלים הדרושים לטעינה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המכולה הקטינה מאוד את הצורך בפועלים.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מאפיין תקשורת דו-כיוונית?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כל משתמש הוא גם צרכן וגם יוצר מידע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ברשת כל אחד יכול לפרסם ולהגיב.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הטענה ״תנאי הכרחי אך לא מספיק״ אומרת על הטכנולוגיה?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שבלעדיה אין גלובליזציה, אבל נדרשו גם החלטות כלכליות ופוליטיות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צריך גם טכנולוגיה וגם פתיחת גבולות ושווקים.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דחיסת זמן-מרחב מתרחשת באותה מידה בכל המקומות.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מקומות בלי תשתיות נותרים ״רחוקים״ יחסית.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המכולה קיצרה את זמן השהייה של אוניות בנמל.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משבועות או ימים לשעות.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תקשורת המונים כמו רדיו היא בעיקר חד-כיוונית.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הקהל מקבל מידע אך כמעט אינו שולח.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שיפור כלי התחבורה לבדו תמיד מספיק לשיפור הנגישות.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צריך גם תשתיות נייחות מתאימות שמחוברות לרשת.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בנו שרשרת סיבה ותוצאה של חמש חוליות: מהמצאת המכולה ועד המוצרים הזולים בחנות השכונתית.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מכולה בגודל אחיד ← טעינה במנוף בשעות ← פחות עבודה ונזקים, אוניות גדולות יותר ← עלות הובלה ליחידה יורדת ← כדאי לייצר במדינות רחוקות עם עלויות נמוכות ← מוצרים זולים ומגוונים מגיעים לחנות.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״הטכנולוגיה היא שאפשרה את הגלובליזציה.״ כתבו טיעון בעד, טיעון נגד ומסקנה.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בעד: בלי מכולות, מטוסים ואינטרנט לא הייתה זרימה מהירה וזולה. נגד: גם אחרי ההמצאות היו גבולות סגורים ומכסים, ורק החלטות לפתוח שווקים הביאו לזינוק. מסקנה: הטכנולוגיה תנאי הכרחי אך לא מספיק.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השוו בין נגישות של עיר נמל גדולה לנגישות של כפר הררי באותה מדינה, והסבירו את ההשלכות על התושבים.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הנמל מחוברת לים, למסילות ולכבישים מהירים – נגישות גבוהה, משיכת עסקים ותעסוקה. הכפר ההררי מחובר בכביש צר בלבד – נגישות נמוכה, עלויות גבוהות להבאת סחורות, פחות מקומות עבודה ונטייה של צעירים לעזוב.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🏆 אתגר: בחרו מוצר בבית (למשל אופניים או טלפון). חקרו מאילו מדינות הגיעו חלקיו, שרטטו מפת מסלול עם גורמים נייחים וניידים, והעריכו: מה היה קורה למחירו ולזמינותו בעולם בלי מכולות ובלי אינטרנט?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דוגמה: מסגרת אופניים מאסיה, צמיגים ממדינה שנייה, הרכבה בשלישית. מסלול: מפעל ← משאית ← נמל ← אוניית מכולות ← נמל יעד ← משאית ← חנות. בלי מכולות ההובלה הייתה איטית ויקרה, ובלי אינטרנט קשה לתאם ייצור בין מדינות – המוצר היה יקר יותר ופחות זמין.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מה מקטין את ״חיכוך המרחק״? דוגמה אחת: ... · מקום שנותר ״רחוק״ למרות הטכנולוגיה: ... · עמדתי: האם הטכנולוגיה לבדה יצרה את הגלובליזציה?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🧭 מהלך שיעור מוצע (45 דקות)  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פתיחה (5 דק׳): משחק "איש תלוי" על אחד המושגים באתר, על הלוח הכיתתי.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מושגים וקריאה (15 דק׳): כל תלמיד/ה בחוברת ברמה המתאימה; קוראים בזוגות ומסמנים מושגים.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חלקים א׳–ב׳ (12 דק׳): עבודה עצמית ובדיקה בזוגות.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 ג׳ או "חידון מהיר" (10 דק׳): שיחה על שאלה פתוחה, או חידון כיתתי בקבוצות.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סיום (3 דק׳): כרטיס יציאה ✂.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בידול: 🌱 משפטים קצרים, מחסן מילים ומשפטי פתיחה · 🚀 קטע ארוך יותר ושלוש שאלות חשיבה · 🏆 קטע עשיר, השלמה בלי מחסן מילים ואתגר חוקרים. כל הרמות עובדות על אותם מושגים.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משחקים לשיעור: חידון מהיר (גם במצב לוח כיתתי), איש תלוי, טריוויה ב־3 רמות, התאמת מושגים, זיכרון ומרוץ נכון/לא נכון – https://geo-z-chovrot-tiny.sites.tab.bot/</w:t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🔎 לוודא לפני השיעור  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כ-80% מנפח הסחר העולמי בסחורות עובר בים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כ-74% מתושבי העולם השתמשו באינטרנט ב-2025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ההפלגה הראשונה של אוניית מכולות – 26 באפריל 1956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אוניות המכולות הגדולות נושאות יותר מ-20,000 מכולות (24,000 יחידות)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מכולה סטנדרטית – כ-6 מ׳ וכ-12 מ׳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מאות כבלים תת-ימיים, אורך כולל מעל מיליון ק״מ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טכנולוגיה מקרבת: מכולה, כבל וסמארטפון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