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1aa3b8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2: גלובליזציה מעצימה שינויים · חוברת קטנה</w:t>
      </w:r>
    </w:p>
    <w:p>
      <w:pPr>
        <w:pStyle w:val="Title"/>
        <w:bidi w:val="1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גבולות נפתחים ושוק חופשי</w:t>
      </w:r>
    </w:p>
    <w:p>
      <w:pPr>
        <w:bidi w:val="1"/>
        <w:spacing w:after="8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🌱 בסיסי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ld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8"/>
          <w:rtl w:val="1"/>
          <w:bCs/>
          <w:szCs w:val="28"/>
        </w:rPr>
        <w:t>חומה נפרצה, גבולות נפתחו – והעולם הפך לשוק אחד גדול.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מעצמה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מדינה חזקה מאוד שמשפיעה על אחרות.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שתי המדינות שהובילו את הגושים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המלחמה הקרה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תחרות ארוכה בין שני גושים, בלי קרבות ביניהם.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העולם מחולק לגוש מערבי ולגוש מזרחי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שוק חופשי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כל אחד יכול לפתוח עסק ולמכור.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שתי מאפיות ברחוב מתחרות על הלקוחות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יוזמה פרטית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אדם פותח עסק משלו.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נערה שפותחת דוכן לימונדה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הפרטה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המדינה מוכרת חברה לאנשים פרטיים.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מפעל ממשלתי שנמכר לחברה פרטית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מכס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מס על סחורה שמגיעה מחו״ל.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תשלום נוסף על מכונית מיובאת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ארגון בינלאומי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קבוצה של הרבה מדינות שעובדות יחד.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ארגון שמוריד מכסים בין המדינות החברות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ריאיון אישי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שואלים אדם שאלות ורושמים תשובות.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שיחה עם סבתא על החיים פעם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6"/>
          <w:rtl w:val="1"/>
          <w:bCs/>
          <w:szCs w:val="26"/>
        </w:rPr>
        <w:t>כשהגבולות נפתחו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פעם העולם היה מחולק לשני גושים. בכל גוש הייתה מדינה חזקה מאוד. הגושים התחרו זה בזה. לתקופה הזאת קוראים ״המלחמה הקרה״. בין הגושים היה קשה לסחור ולנסוע.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בגוש אחד אנשים פתחו עסקים ומכרו מה שרצו. זה נקרא שוק חופשי. בגוש השני המדינה החליטה מה לייצר ובאיזה מחיר.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בשנת 1989 נפרצה חומה גדולה בעיר ברלין. אחר כך מדינות רבות פתחו את הגבולות. אנשים התחילו לסחור, לטייל ולפתוח עסקים. חברות גדולות פתחו חנויות ומפעלים בהרבה מדינות.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מעצמה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כל אחד יכול לפתוח עסק ולמכור.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המלחמה הקרה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מדינה חזקה מאוד שמשפיעה על אחרות.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שוק חופשי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המדינה מוכרת חברה לאנשים פרטיים.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יוזמה פרטית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אדם פותח עסק משלו.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הפרטה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תחרות ארוכה בין שני גושים, בלי קרבות ביניהם.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F9D55"/>
          <w:sz w:val="23"/>
          <w:rtl w:val="1"/>
          <w:bCs/>
          <w:szCs w:val="23"/>
        </w:rPr>
        <w:t>מחסן מילים: ארגון בינלאומי   ·   מכס   ·   ריאיון אישי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שיחה עם סבתא על החיים פעם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ארגון שמוריד מכסים בין המדינות החברות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תשלום נוסף על מכונית מיובאת – זו דוגמה ל־______________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מה זה ״המלחמה הקרה״?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מלחמה בשלג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תחרות ארוכה בין שני גושים בלי קרבות ביניהם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חורף קר מאוד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משחק כדורגל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מה זה שוק חופשי?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שוק שבו הכול בחינם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שוק רק בלילה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אנשים פותחים עסקים ומתחרים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המדינה קובעת הכול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איזו חומה נפרצה בשנת 1989?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חומת ברלין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החומה הגדולה של סין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חומת העיר העתיקה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חומה של בית ספר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מה קרה אחרי שהגבולות נפתחו?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אסור היה לנסוע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כל העסקים נסגרו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אנשים הפסיקו לסחור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אנשים התחילו לסחור ולטייל יותר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מה זה מכס?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מס על סחורה שמגיעה מחו״ל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סוג של רכבת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חנות גדולה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מפה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בתקופת המלחמה הקרה העולם היה מחולק לשני גושים.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בשוק חופשי המדינה מחליטה מה כל חנות תמכור.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אחרי שהגבולות נפתחו חברות פתחו מפעלים בהרבה מדינות.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ריאיון אישי הוא משחק כדור.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כתבו שאלה אחת שהייתם שואלים סבא, סבתא או אדם מבוגר על החיים פעם.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הייתי שואל/ת...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איזה עסק הייתם רוצים לפתוח? למה?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הייתי פותח/ת... כי...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6"/>
          <w:rtl w:val="1"/>
          <w:bCs/>
          <w:szCs w:val="26"/>
        </w:rPr>
        <w:t>🎫 כרטיס יציאה – גבולות נפתחים ושוק חופשי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שוק חופשי הוא...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בשנת 1989...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שאלה לריאיון: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גבולות נפתחים ושוק חופשי – חוברת תלמיד – בסיסי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